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פורמטים ורעיונות לדיבייט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פורמטים שונים לניהול ויכוח מכבד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פורמט למטרה, לזמן ולמספר המשתתפים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מעבר מדיבור לכתיבה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שלטים עם דרגות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אקווריום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הפורמט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הפורמט מיועד לכל הכיתה בתפקידים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הרעיון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ממש לא מסכימים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החלפת צדדים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פורמט ומספר 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(4-6 במרכז, השאר סביב)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(זוגות)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(10-15 במעגל)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ארבע 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תולים ארבעה שלטים עם דרגות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מקריאים נושא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אחד הולך לפינה המתאימה לדעתו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בכל פינה מנסחים יחד נימוק 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שני פורמטים ויסביר הקשר מתאים, למשל דיבייט בזק לחזרה מהירה, מעגל סוקרטי לדיון מעמיק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פורמט עם זמן מתאים מתוך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הבדל במספר משתתפים ובמבנה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רלוונטי לנושא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כרטיסי הפורמטים ולחלק לקבוצות לבחירה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בפורמט קצר כמו דיבייט בזק לפני מעבר לפורמטים מורכבים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חנ״מ ועולים כדאי להשתמש בגרסאות המותאמות המוזכרות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פורמטים ורעיונות לדיבייט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דרכים שונות לנהל ויכוח מכבד בכיתה, כמו ארבע פינות, אקווריום ומעגל סוקרטי, וגם על רעיונות נוספים למורים לשילוב דיבייט בשיעורים.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סביב  ·  החלפת צדדים  ·  ממש לא מסכימים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בפורמט ארבע פינות, מה תולים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תמונות של חברי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שלטים עם דרגות הסכמה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כרטיסי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נמשך פורמט דיבייט בזק?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פורמט קבוצה קטנה יושבת במרכז והשאר צופים מסביב?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אקווריום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דיון מליאה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בפורמט 'ויכוח שקט' משתתפים בקבוצות של 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פורמט 'משפט מבוים לדמות' מתאים לזוגות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ב'שופטים צעירים' תלמידים שופטים זה את זה לפי מחוון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בפורמט ארבע פינות יש פינות: מסכימים מאוד, מסכימים, לא מסכימים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בפורמט אקווריום משתתפים 4-6 תלמידים במרכז והשאר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בפורמט __________ שני צדדים מחליפים עמדות באמצע הדיון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פורמט ומספר משתתפים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ארבע פינות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זוגות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אקווריום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דיבייט בזוגות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10-15 במעגל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מעגל סוקרטי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4-6 במרכז, השאר סביב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שלבי ארבע פינות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אחד הולך לפינה המתאימה לדעתו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תולים ארבעה שלטים עם דרגות הסכמה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פינה מנסחים יחד נימוק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מקריאים נושא לדיון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פורמטים מהדף והסבירו באילו מצבים כדאי להשתמש בכל אחד מהם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שם של פורמט אחד לדיבייט וכמה זמן הוא נמשך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אקווריום למעגל סוקרטי?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פורמטים ורעיונות לדיבייט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