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פורמטים ורעיונות לדיבייט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פורמטים שונים לניהול ויכוח מכבד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פורמט למטרה, לזמן ולמספר המשתתפים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מעבר מדיבור לכתיבה 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שלטים עם דרגות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אקווריום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לבד, זוג, רביעייה,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10-15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תולים פתקים ירוקים ואדומים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הפורמט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הפורמט מיועד לכל הכיתה בתפקידים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הפורמט נמשך 15 דקות לפי התיאור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בטבלת הפורמטים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זו דווקא משימת בית עם בן או בת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ממש לא מסכימים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החלפת 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פורמט ומספר משתתפים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(4-6 במרכז, השאר סביב)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(זוגות)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(10-15 במעגל)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(מתנדב/ת וכיתה)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ארבע פינות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תולים ארבעה שלטים עם דרגות הסכמה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מקריאים נושא לדיון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אחד הולך לפינה המתאימה לדעתו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בכל פינה מנסחים יחד נימוק 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נציג מכל פינה משמיע את הנימוק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שני פורמטים ויסביר הקשר מתאים, למשל דיבייט בזק לחזרה מהירה, מעגל סוקרטי לדיון מעמיק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נושא מתאים לגיל, פורמט מהרשימה ויסביר מדוע הוא מתאים לנושא ולזמן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פורמט עם זמן מתאים מתוך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הבדל במספר משתתפים ובמבנה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אישי רלוונטי לנושא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כרטיסי הפורמטים ולחלק לקבוצות לבחירה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בפורמט קצר כמו דיבייט בזק לפני מעבר לפורמטים מורכבים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חנ״מ ועולים כדאי להשתמש בגרסאות המותאמות המוזכרות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פורמטים ורעיונות לדיבייט 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דרכים שונות לנהל ויכוח מכבד בכיתה, כמו ארבע פינות, אקווריום ומעגל סוקרטי, וגם על רעיונות נוספים למורים לשילוב דיבייט בשיעורים.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בפורמט ארבע פינות, מה תולים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של חברי 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שלטים עם דרגות הסכמה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כרטיסי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מפות גאוגרפיות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נמשך פורמט דיבייט בזק?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פורמט קבוצה קטנה יושבת במרכז והשאר צופים מסביב?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אקווריום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ערכים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דיון מליאה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דיבייט בזוגות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בפורמט 1-2-4-כולם, מה הסדר הנכון?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זוג, לבד, רביעייה,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לבד, זוג, רביעייה,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רביעייה, זוג, לבד,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כולם, רביעייה, זוג,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משתתפים מתאימים למעגל סוקרטי?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4-6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10-15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הכיתה בתפקידים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עושים ב'קיר טיעונים'?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תולים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תולים פתקים ירוקים ואדומים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צופים בסרט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במחשב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בפורמט 'ויכוח שקט' משתתפים בקבוצות של 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פורמט 'משפט מבוים לדמות' מתאים לזוגות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ב'שופטים צעירים' תלמידים שופטים זה את זה לפי מחוון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פורמט 'קו ערכים' נמשך 45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בפורמט 'דיון מליאה' משתתפת כל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'דיבייט משפחתי' הוא משימת כיתה בלבד, ללא קשר לבית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בפורמט ארבע פינות יש פינות: מסכימים מאוד, מסכימים, לא מסכימים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בפורמט אקווריום משתתפים 4-6 תלמידים במרכז והשאר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בפורמט __________ שני צדדים מחליפים עמדות באמצע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ב'כרטיס יציאה' כותבים משפט אחד ש__________ לי משהו בראש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ב'בנעליים של האחר' מנסחים את הטיעון הכי טוב לצד שאיתו 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ב'פודקאסט ויכוח' מקליטים דיון של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פורמט ומספר משתתפים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ארבע פינות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זוגות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אקווריום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הכיתה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דיבייט בזוגות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4-6 במרכז, השאר סביב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 סוקרטי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מתנדב/ת וכיתה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הכיסא החם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10-15 במעגל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ארבע פינות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נציג מכל פינה משמיע את הנימוק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פינה מנסחים יחד נימוק 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תולים ארבעה שלטים עם דרגות הסכמה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מקריאים נושא לדיון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הולך לפינה המתאימה לדעתו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פורמטים מהדף והסבירו באילו מצבים כדאי להשתמש בכל אחד מהם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תכננו דיבייט קצר בכיתה: בחרו נושא, פורמט מהדף ונמקו את הבחירה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שם של פורמט אחד לדיבייט וכמה זמן הוא נמשך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אקווריום למעגל סוקרטי?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שלמדתם היום על ויכוח מכבד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פורמטים ורעיונות לדיבייט 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